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שמואל – מנהיגים ומלכים: שאול ודוד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המעבר משופטים למלוכה בספר שמואל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שאול ודוד כמנהיגים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פסוקי מפתח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בנימין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נמשח למלך הראשון בבקשת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שמואל בא לבית ישי ומשח את דוד בסתר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(התפללה על בן ונדרה אותו לה')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(נביא ושופט אחרון, משח את שאול ואת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(המלך הראשון, נדחה בעקבות חטאיו)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חנה מתפללת בשילה ומבקשת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שמואל נולד ומוקדש לשירות במשכן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העם מבקש מלך ושאול נמשח למלך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שמואל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העולה בגלגל ואי-השמדת עמלק במלואה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ה' בוחר לפי תכונות פנימיות ולא לפי מראה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הופך אדם למנהיג טוב, לפני קריאת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הפסוקים המרכזיים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על משל כבשת הרש ו"אתה האיש"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שמואל – מנהיגים ומלכים: שאול ודוד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ספר שמואל מספר כיצד עם ישראל עבר מתקופת השופטים למלוכה: חנה ותפילתה, שמואל הנביא, שאול המלך שנדחה, ודוד הרועה שנבחר בזכות ליבו.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ה'  ·  שני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היתה אמו של שמואל הנביא?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שבט נולד שאול המלך?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בנימין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שאול היה המלך הראשון של עם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שמואל משח את דוד למלך בבית לחם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חנה נדרה נדר ל__________ שאם יוולד לה בן תקדיש אותו לעבודתו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שאול נדחה מהמלוכה בעקבות __________ חטאים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הדמות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המלך הראשון, נדחה בעקבות חטאיו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שמואל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התפללה על בן ונדרה אותו לה'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שאול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נביא ושופט אחרון, משח את שאול ואת 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שמואל נולד ומוקדש לשירות במשכן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העם מבקש מלך ושאול נמשח למלך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חנה מתפללת בשילה ומבקשת 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משח את שאול ואת דוד למלכים?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החטאים שבגינם נדחה שאול?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שמואל – מנהיגים ומלכים: שאול ודוד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