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שמואל – מנהיגים ומלכים: שאול ודוד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סיפור המעבר משופטים למלוכה בספר שמואל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שאול ודוד כמנהיגים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פסוקי מפתח ואת משמעותם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בנימין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קלע ואבן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נתן הנביא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עמק האלה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הוא נמשח למלך הראשון בבקשת העם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דוד היה הצעיר מבין אחיו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שמואל בא לבית ישי ומשח את דוד בסתר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דוד רק כרת את כנף מעילו ולא פגע 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ה'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לבב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גיבורים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הדמות לתפקיד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(התפללה על בן ונדרה אותו לה')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(נביא ושופט אחרון, משח את שאול ואת דוד)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(המלך הראשון, נדחה בעקבות חטאיו)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(הרועה הצעיר שנבחר בזכות ליבו)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(כרת ברית עם דוד והזהיר אותו מפני שאול)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חנה מתפללת בשילה ומבקשת 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שמואל נולד ומוקדש לשירות במשכן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העם מבקש מלך ושאול נמשח למלך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שאול חוטא בעולה בגלגל ובמלחמת עמלק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דוד נמשח בסתר למלך בבית לחם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ה' בוחר מנהיג לפי תכונות הפנים והלב, ולא לפי מראה חיצוני או גובה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שמואל הנביא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העולה בגלגל ואי-השמדת עמלק במלואה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ה' בוחר לפי תכונות פנימיות ולא לפי מראה חיצוני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קצר: מה הופך אדם למנהיג טוב, לפני קריאת הפרקים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לקרוא בקול את הפסוקים המרכזיים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אפשר להוסיף דיון על משל כבשת הרש ו"אתה האיש"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ספרות ותנ״ך: מסע בין סיפורים ופסוקים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שמואל – מנהיגים ומלכים: שאול ודוד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נלמד על חנה, שמואל, שאול ודוד. נבדוק מה הופך אדם למנהיג טוב.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משיחה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 שבו שופכים שמן על ראש המלך לסימן שהוא נבחר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נביא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שליח של ה' שמעביר מסרים לעם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הסכם נאמנות בין שני אנשים או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 אבל על מות אדם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קרבן שמקריבים לה'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עמלק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עם אויב שישראל נצטווה להילחם בו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נדר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שאדם נותן לה'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מי האמא של שמואל?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רבקה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משבט מי היה שאול?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במה דוד ניצח את גלית?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קלע ואבן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קשת וחץ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הוכיח את דוד?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שמואל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נתן הנביא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יהונתן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שאול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איפה נלחמו דוד וגלית?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עמק האלה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הגלבוע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עין גדי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מדבר זיף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שאול היה המלך הראשון של עם ישראל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היה הבן הבכור במשפחת ישי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שמואל משח את דוד למלך בבית לחם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הרג את שאול במערה בעין גדי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חנה נדרה נדר ל__________ שאם יוולד לה בן תקדיש אותו לעבודתו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שאול נדחה מהמלוכה בעקבות __________ חטאים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דוד נבחר להיות מלך כי ה' רואה ל__________ ולא למראה החיצוני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קינת דוד על שאול ויהונתן פותחת במילים "איך נפלו __________"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הדמות לתפקיד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חנה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הרועה הצעיר שנבחר בזכות ליבו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שמואל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כרת ברית עם דוד והזהיר אותו מפני שאול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שאול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התפללה על בן ונדרה אותו לה'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המלך הראשון, נדחה בעקבות חטאיו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יהונתן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נביא ושופט אחרון, משח את שאול ואת דוד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שמואל נולד ומוקדש לשירות במשכן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העם מבקש מלך ושאול נמשח למלך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חנה מתפללת בשילה ומבקשת בן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דוד נמשח בסתר למלך בבית לחם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שאול חוטא בעולה בגלגל ובמלחמת עמלק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משמעות הביטוי "ה' יראה ללבב"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משח את שאול ואת דוד למלכים?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החטאים שבגינם נדחה שאול?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הביטוי "ה' יראה ללבב"?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שמואל – מנהיגים ומלכים: שאול ודוד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