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שמואל – מנהיגים ומלכים: שאול ודוד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המעבר משופטים למלוכה בספר שמואל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שאול ודוד כמנהיגים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פסוקי מפתח ואת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בנימין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קלע ואבן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נתן הנביא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עמק האלה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נמשח למלך הראשון בבקשת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דוד היה הצעיר מבין אחיו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שמואל בא לבית ישי ומשח את דוד בסתר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דוד רק כרת את כנף מעילו ולא פגע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גיבורים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הדמות לתפקיד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(התפללה על בן ונדרה אותו לה')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(נביא ושופט אחרון, משח את שאול ואת דוד)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(המלך הראשון, נדחה בעקבות חטאיו)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(הרועה הצעיר שנבחר בזכות ליבו)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(כרת ברית עם דוד והזהיר אותו מפני שאול)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חנה מתפללת בשילה ומבקשת 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שמואל נולד ומוקדש לשירות במשכן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העם מבקש מלך ושאול נמשח למלך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שאול חוטא בעולה בגלגל ובמלחמת עמלק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דוד נמשח בסתר למלך בבית לחם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ה' בוחר מנהיג לפי תכונות הפנים והלב, ולא לפי מראה חיצוני או גובה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שמואל הנביא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העולה בגלגל ואי-השמדת עמלק במלואה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ה' בוחר לפי תכונות פנימיות ולא לפי מראה חיצוני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מה הופך אדם למנהיג טוב, לפני קריאת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הפסוקים המרכזיים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דיון על משל כבשת הרש ו"אתה האיש"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שמואל – מנהיגים ומלכים: שאול ודוד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ספר שמואל מספר כיצד עם ישראל עבר מתקופת השופטים למלוכה: חנה ותפילתה, שמואל הנביא, שאול המלך שנדחה, ודוד הרועה שנבחר בזכות ליבו.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היתה אמו של שמואל הנביא?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שבט נולד שאול המלך?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כלי נשק השתמש דוד נגד גלית?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קלע ואבן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קשת וחץ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אמר לדוד את המשפט "אתה האיש"?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נתן הנביא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היכן נערך הקרב בין דוד לגלית?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עמק האלה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הגלבוע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עין 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מדבר זיף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שאול היה המלך הראשון של עם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היה הבן הבכור במשפחת 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שמואל משח את דוד למלך בבית לחם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הרג את שאול במערה בעין גדי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חנה נדרה נדר ל__________ שאם יוולד לה בן תקדיש אותו לעבודתו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שאול נדחה מהמלוכה בעקבות __________ חטאים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דוד נבחר להיות מלך כי ה' רואה ל__________ ולא למראה החיצוני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קינת דוד על שאול ויהונתן פותחת במילים "איך נפלו __________"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הדמות לתפקיד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כרת ברית עם דוד והזהיר אותו מפני שאול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שמואל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התפללה על בן ונדרה אותו לה'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שאול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נביא ושופט אחרון, משח את שאול ואת דוד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המלך הראשון, נדחה בעקבות חטאיו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יהונתן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הרועה הצעיר שנבחר בזכות ליבו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נמשח בסתר למלך בבית לחם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העם מבקש מלך ושאול נמשח למלך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שאול חוטא בעולה בגלגל ובמלחמת עמלק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חנה מתפללת בשילה ומבקשת בן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שמואל נולד ומוקדש לשירות במשכן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משמעות הביטוי "ה' יראה ללבב"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משח את שאול ואת דוד למלכים?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החטאים שבגינם נדחה שאול?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הביטוי "ה' יראה ללבב"?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שמואל – מנהיגים ומלכים: שאול ודוד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